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דף תרגול: שאלה פתוחה ושאלה סגורה בראיון משפחתי</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להבדיל בין שאלה פתוחה לשאלה סגורה</w:t>
      </w:r>
    </w:p>
    <w:p>
      <w:pPr>
        <w:bidi/>
        <w:spacing w:after="80"/>
        <w:jc w:val="right"/>
      </w:pPr>
      <w:r>
        <w:rPr>
          <w:rFonts w:ascii="Arial" w:hAnsi="Arial" w:cs="Arial" w:eastAsia="Arial"/>
          <w:lang w:val="he-IL" w:bidi="he-IL"/>
          <w:sz w:val="22"/>
          <w:rtl/>
          <w:szCs w:val="22"/>
        </w:rPr>
        <w:t>• לתרגל מיון שאלות לקראת ראיון עם בן משפחה</w:t>
      </w:r>
    </w:p>
    <w:p>
      <w:pPr>
        <w:bidi/>
        <w:spacing w:after="80"/>
        <w:jc w:val="right"/>
      </w:pPr>
      <w:r>
        <w:rPr>
          <w:rFonts w:ascii="Arial" w:hAnsi="Arial" w:cs="Arial" w:eastAsia="Arial"/>
          <w:lang w:val="he-IL" w:bidi="he-IL"/>
          <w:sz w:val="22"/>
          <w:rtl/>
          <w:szCs w:val="22"/>
        </w:rPr>
        <w:t>• לנסח שאלות פתוחות וסגורות לראיון על מסע המשפחה</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מיינו: שאלה פתוחה או שאלה סגורה</w:t>
      </w:r>
    </w:p>
    <w:p>
      <w:pPr>
        <w:bidi/>
        <w:spacing w:after="40"/>
        <w:jc w:val="right"/>
      </w:pPr>
      <w:r>
        <w:rPr>
          <w:rFonts w:ascii="Arial" w:hAnsi="Arial" w:cs="Arial" w:eastAsia="Arial"/>
          <w:lang w:val="he-IL" w:bidi="he-IL"/>
          <w:sz w:val="22"/>
          <w:rtl/>
          <w:szCs w:val="22"/>
        </w:rPr>
        <w:t>1. א – שאלה פתוחה</w:t>
      </w:r>
    </w:p>
    <w:p>
      <w:pPr>
        <w:bidi/>
        <w:spacing w:after="40"/>
        <w:jc w:val="right"/>
      </w:pPr>
      <w:r>
        <w:rPr>
          <w:rFonts w:ascii="Arial" w:hAnsi="Arial" w:cs="Arial" w:eastAsia="Arial"/>
          <w:lang w:val="he-IL" w:bidi="he-IL"/>
          <w:sz w:val="22"/>
          <w:rtl/>
          <w:szCs w:val="22"/>
        </w:rPr>
        <w:t>2. ב – שאלה סגורה</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שאלה סגורה עונים עליה בכן או לא בלבד</w:t>
      </w:r>
    </w:p>
    <w:p>
      <w:pPr>
        <w:bidi/>
        <w:spacing w:after="40"/>
        <w:jc w:val="right"/>
      </w:pPr>
      <w:r>
        <w:rPr>
          <w:rFonts w:ascii="Arial" w:hAnsi="Arial" w:cs="Arial" w:eastAsia="Arial"/>
          <w:lang w:val="he-IL" w:bidi="he-IL"/>
          <w:sz w:val="22"/>
          <w:rtl/>
          <w:szCs w:val="22"/>
        </w:rPr>
        <w:t>2. נכון – מילים כאלה מזמינות הסבר ארוך</w:t>
      </w:r>
    </w:p>
    <w:p>
      <w:pPr>
        <w:bidi/>
        <w:pStyle w:val="Heading3"/>
        <w:spacing w:after="80"/>
        <w:jc w:val="right"/>
      </w:pPr>
      <w:r>
        <w:rPr>
          <w:rFonts w:ascii="Arial" w:hAnsi="Arial" w:cs="Arial" w:eastAsia="Arial"/>
          <w:lang w:val="he-IL" w:bidi="he-IL"/>
          <w:b/>
          <w:color w:val="3182CE"/>
          <w:sz w:val="26"/>
          <w:rtl/>
          <w:szCs w:val="26"/>
          <w:bCs/>
        </w:rPr>
        <w:t>חלק ג׳ – השלימו את המילה החסרה</w:t>
      </w:r>
    </w:p>
    <w:p>
      <w:pPr>
        <w:bidi/>
        <w:spacing w:after="40"/>
        <w:jc w:val="right"/>
      </w:pPr>
      <w:r>
        <w:rPr>
          <w:rFonts w:ascii="Arial" w:hAnsi="Arial" w:cs="Arial" w:eastAsia="Arial"/>
          <w:lang w:val="he-IL" w:bidi="he-IL"/>
          <w:sz w:val="22"/>
          <w:rtl/>
          <w:szCs w:val="22"/>
        </w:rPr>
        <w:t>1. סגורה</w:t>
      </w:r>
    </w:p>
    <w:p>
      <w:pPr>
        <w:bidi/>
        <w:spacing w:after="40"/>
        <w:jc w:val="right"/>
      </w:pPr>
      <w:r>
        <w:rPr>
          <w:rFonts w:ascii="Arial" w:hAnsi="Arial" w:cs="Arial" w:eastAsia="Arial"/>
          <w:lang w:val="he-IL" w:bidi="he-IL"/>
          <w:sz w:val="22"/>
          <w:rtl/>
          <w:szCs w:val="22"/>
        </w:rPr>
        <w:t>2. פתוחה</w:t>
      </w:r>
    </w:p>
    <w:p>
      <w:pPr>
        <w:bidi/>
        <w:pStyle w:val="Heading3"/>
        <w:spacing w:after="80"/>
        <w:jc w:val="right"/>
      </w:pPr>
      <w:r>
        <w:rPr>
          <w:rFonts w:ascii="Arial" w:hAnsi="Arial" w:cs="Arial" w:eastAsia="Arial"/>
          <w:lang w:val="he-IL" w:bidi="he-IL"/>
          <w:b/>
          <w:color w:val="38A169"/>
          <w:sz w:val="26"/>
          <w:rtl/>
          <w:szCs w:val="26"/>
          <w:bCs/>
        </w:rPr>
        <w:t>חלק ד׳ – התאימו כל שאלה לסוג שלה</w:t>
      </w:r>
    </w:p>
    <w:p>
      <w:pPr>
        <w:bidi/>
        <w:spacing w:after="40"/>
        <w:jc w:val="right"/>
      </w:pPr>
      <w:r>
        <w:rPr>
          <w:rFonts w:ascii="Arial" w:hAnsi="Arial" w:cs="Arial" w:eastAsia="Arial"/>
          <w:lang w:val="he-IL" w:bidi="he-IL"/>
          <w:sz w:val="22"/>
          <w:rtl/>
          <w:szCs w:val="22"/>
        </w:rPr>
        <w:t>1 – ב (שאלה פתוחה)</w:t>
      </w:r>
    </w:p>
    <w:p>
      <w:pPr>
        <w:bidi/>
        <w:spacing w:after="40"/>
        <w:jc w:val="right"/>
      </w:pPr>
      <w:r>
        <w:rPr>
          <w:rFonts w:ascii="Arial" w:hAnsi="Arial" w:cs="Arial" w:eastAsia="Arial"/>
          <w:lang w:val="he-IL" w:bidi="he-IL"/>
          <w:sz w:val="22"/>
          <w:rtl/>
          <w:szCs w:val="22"/>
        </w:rPr>
        <w:t>2 – א (שאלה סגורה)</w:t>
      </w:r>
    </w:p>
    <w:p>
      <w:pPr>
        <w:bidi/>
        <w:spacing w:after="40"/>
        <w:jc w:val="right"/>
      </w:pPr>
      <w:r>
        <w:rPr>
          <w:rFonts w:ascii="Arial" w:hAnsi="Arial" w:cs="Arial" w:eastAsia="Arial"/>
          <w:lang w:val="he-IL" w:bidi="he-IL"/>
          <w:sz w:val="22"/>
          <w:rtl/>
          <w:szCs w:val="22"/>
        </w:rPr>
        <w:t>3 – ד (שאלה פתוחה)</w:t>
      </w:r>
    </w:p>
    <w:p>
      <w:pPr>
        <w:bidi/>
        <w:spacing w:after="40"/>
        <w:jc w:val="right"/>
      </w:pPr>
      <w:r>
        <w:rPr>
          <w:rFonts w:ascii="Arial" w:hAnsi="Arial" w:cs="Arial" w:eastAsia="Arial"/>
          <w:lang w:val="he-IL" w:bidi="he-IL"/>
          <w:sz w:val="22"/>
          <w:rtl/>
          <w:szCs w:val="22"/>
        </w:rPr>
        <w:t>4 – ג (שאלה סגורה)</w:t>
      </w:r>
    </w:p>
    <w:p>
      <w:pPr>
        <w:bidi/>
        <w:pStyle w:val="Heading3"/>
        <w:spacing w:after="80"/>
        <w:jc w:val="right"/>
      </w:pPr>
      <w:r>
        <w:rPr>
          <w:rFonts w:ascii="Arial" w:hAnsi="Arial" w:cs="Arial" w:eastAsia="Arial"/>
          <w:lang w:val="he-IL" w:bidi="he-IL"/>
          <w:b/>
          <w:color w:val="805AD5"/>
          <w:sz w:val="26"/>
          <w:rtl/>
          <w:szCs w:val="26"/>
          <w:bCs/>
        </w:rPr>
        <w:t>חלק ה׳ – סדרו את שלבי הראיון המשפחתי ברצף הנכון</w:t>
      </w:r>
    </w:p>
    <w:p>
      <w:pPr>
        <w:bidi/>
        <w:spacing w:after="40"/>
        <w:jc w:val="right"/>
      </w:pPr>
      <w:r>
        <w:rPr>
          <w:rFonts w:ascii="Arial" w:hAnsi="Arial" w:cs="Arial" w:eastAsia="Arial"/>
          <w:lang w:val="he-IL" w:bidi="he-IL"/>
          <w:sz w:val="22"/>
          <w:rtl/>
          <w:szCs w:val="22"/>
        </w:rPr>
        <w:t>1. בוחרים בן משפחה לראיין על המסע שלו</w:t>
      </w:r>
    </w:p>
    <w:p>
      <w:pPr>
        <w:bidi/>
        <w:spacing w:after="40"/>
        <w:jc w:val="right"/>
      </w:pPr>
      <w:r>
        <w:rPr>
          <w:rFonts w:ascii="Arial" w:hAnsi="Arial" w:cs="Arial" w:eastAsia="Arial"/>
          <w:lang w:val="he-IL" w:bidi="he-IL"/>
          <w:sz w:val="22"/>
          <w:rtl/>
          <w:szCs w:val="22"/>
        </w:rPr>
        <w:t>2. מכינים שאלות פתוחות וסגורות מראש</w:t>
      </w:r>
    </w:p>
    <w:p>
      <w:pPr>
        <w:bidi/>
        <w:spacing w:after="40"/>
        <w:jc w:val="right"/>
      </w:pPr>
      <w:r>
        <w:rPr>
          <w:rFonts w:ascii="Arial" w:hAnsi="Arial" w:cs="Arial" w:eastAsia="Arial"/>
          <w:lang w:val="he-IL" w:bidi="he-IL"/>
          <w:sz w:val="22"/>
          <w:rtl/>
          <w:szCs w:val="22"/>
        </w:rPr>
        <w:t>3. שואלים את השאלות ומקשיבים בתשומת לב</w:t>
      </w:r>
    </w:p>
    <w:p>
      <w:pPr>
        <w:bidi/>
        <w:spacing w:after="40"/>
        <w:jc w:val="right"/>
      </w:pPr>
      <w:r>
        <w:rPr>
          <w:rFonts w:ascii="Arial" w:hAnsi="Arial" w:cs="Arial" w:eastAsia="Arial"/>
          <w:lang w:val="he-IL" w:bidi="he-IL"/>
          <w:sz w:val="22"/>
          <w:rtl/>
          <w:szCs w:val="22"/>
        </w:rPr>
        <w:t>4. כותבים או מקליטים את התשובות</w:t>
      </w:r>
    </w:p>
    <w:p>
      <w:pPr>
        <w:bidi/>
        <w:pStyle w:val="Heading3"/>
        <w:spacing w:after="80"/>
        <w:jc w:val="right"/>
      </w:pPr>
      <w:r>
        <w:rPr>
          <w:rFonts w:ascii="Arial" w:hAnsi="Arial" w:cs="Arial" w:eastAsia="Arial"/>
          <w:lang w:val="he-IL" w:bidi="he-IL"/>
          <w:b/>
          <w:color w:val="D53F8C"/>
          <w:sz w:val="26"/>
          <w:rtl/>
          <w:szCs w:val="26"/>
          <w:bCs/>
        </w:rPr>
        <w:t>חלק ו׳ – כתיבה: שאלות לראיון משפחתי</w:t>
      </w:r>
    </w:p>
    <w:p>
      <w:pPr>
        <w:bidi/>
        <w:spacing w:after="40"/>
        <w:jc w:val="right"/>
      </w:pPr>
      <w:r>
        <w:rPr>
          <w:rFonts w:ascii="Arial" w:hAnsi="Arial" w:cs="Arial" w:eastAsia="Arial"/>
          <w:lang w:val="he-IL" w:bidi="he-IL"/>
          <w:sz w:val="22"/>
          <w:rtl/>
          <w:szCs w:val="22"/>
        </w:rPr>
        <w:t>1. שתי שאלות שמתחילות במילים כמו איך, למה, ספר לי, ומזמינות סיפור ארוך</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שאלה פתוחה מזמינה סיפור, שאלה סגורה עונים עליה כן או לא</w:t>
      </w:r>
    </w:p>
    <w:p>
      <w:pPr>
        <w:bidi/>
        <w:spacing w:after="80"/>
        <w:jc w:val="right"/>
      </w:pPr>
      <w:r>
        <w:rPr>
          <w:rFonts w:ascii="Arial" w:hAnsi="Arial" w:cs="Arial" w:eastAsia="Arial"/>
          <w:lang w:val="he-IL" w:bidi="he-IL"/>
          <w:sz w:val="22"/>
          <w:rtl/>
          <w:szCs w:val="22"/>
        </w:rPr>
        <w:t>• כל שאלה שמתחילה באיך, למה, ספר לי וכדומה</w:t>
      </w:r>
    </w:p>
    <w:p>
      <w:pPr>
        <w:bidi/>
        <w:spacing w:after="80"/>
        <w:jc w:val="right"/>
      </w:pPr>
      <w:r>
        <w:rPr>
          <w:rFonts w:ascii="Arial" w:hAnsi="Arial" w:cs="Arial" w:eastAsia="Arial"/>
          <w:lang w:val="he-IL" w:bidi="he-IL"/>
          <w:sz w:val="22"/>
          <w:rtl/>
          <w:szCs w:val="22"/>
        </w:rPr>
        <w:t>• שאלות פתוחות מעשירות את הראיון בפרטים וזיכרונות</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לתרגל בעל פה לפני הכתיבה: להקריא שאלה והתלמידים מצביעים פתוחה או סגורה</w:t>
      </w:r>
    </w:p>
    <w:p>
      <w:pPr>
        <w:bidi/>
        <w:spacing w:after="80"/>
        <w:jc w:val="right"/>
      </w:pPr>
      <w:r>
        <w:rPr>
          <w:rFonts w:ascii="Arial" w:hAnsi="Arial" w:cs="Arial" w:eastAsia="Arial"/>
          <w:lang w:val="he-IL" w:bidi="he-IL"/>
          <w:sz w:val="22"/>
          <w:rtl/>
          <w:szCs w:val="22"/>
        </w:rPr>
        <w:t>• לעודד תלמידים להשוות את השאלות שכתבו בזוגות לפני שמראיינים בפועל</w:t>
      </w:r>
    </w:p>
    <w:p>
      <w:pPr>
        <w:bidi/>
        <w:spacing w:after="80"/>
        <w:jc w:val="right"/>
      </w:pPr>
      <w:r>
        <w:rPr>
          <w:rFonts w:ascii="Arial" w:hAnsi="Arial" w:cs="Arial" w:eastAsia="Arial"/>
          <w:lang w:val="he-IL" w:bidi="he-IL"/>
          <w:sz w:val="22"/>
          <w:rtl/>
          <w:szCs w:val="22"/>
        </w:rPr>
        <w:t>• לפריט שיש בו skip_n אפשר לדלג בכיתות או קבוצות שזקוקות לתרגול פשוט יותר</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צועדים במסע המורשת</w:t>
            </w:r>
          </w:p>
          <w:p>
            <w:pPr>
              <w:bidi/>
              <w:jc w:val="right"/>
            </w:pPr>
            <w:r>
              <w:rPr>
                <w:rFonts w:ascii="Arial" w:hAnsi="Arial" w:cs="Arial" w:eastAsia="Arial"/>
                <w:lang w:val="he-IL" w:bidi="he-IL"/>
                <w:b/>
                <w:color w:val="3C1361"/>
                <w:sz w:val="32"/>
                <w:rtl/>
                <w:szCs w:val="32"/>
                <w:bCs/>
              </w:rPr>
              <w:t>דף תרגול: שאלה פתוחה ושאלה סגורה בראיון משפחתי</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בתחנה של המסע של המשפחה שלי לומדים להבחין בין שאלה פתוחה, שמזמינה לספר סיפור, לבין שאלה סגורה, שאפשר לענות עליה רק כן או לא. ההבחנה הזו חשובה כדי להכין ראיון מעניין עם בן משפחה.</w:t>
      </w:r>
    </w:p>
    <w:p>
      <w:pPr>
        <w:bidi/>
        <w:spacing w:after="80"/>
        <w:jc w:val="right"/>
      </w:pPr>
      <w:r>
        <w:rPr>
          <w:rFonts w:ascii="Arial" w:hAnsi="Arial" w:cs="Arial" w:eastAsia="Arial"/>
          <w:lang w:val="he-IL" w:bidi="he-IL"/>
          <w:b/>
          <w:color w:val="7B341E"/>
          <w:sz w:val="32"/>
          <w:rtl/>
          <w:szCs w:val="32"/>
          <w:bCs/>
        </w:rPr>
        <w:t>🧺 בנק מילים: סגורה  ·  פתוחה</w:t>
      </w:r>
    </w:p>
    <w:p>
      <w:pPr>
        <w:bidi/>
        <w:pStyle w:val="Heading2"/>
        <w:spacing w:after="80"/>
        <w:jc w:val="right"/>
      </w:pPr>
      <w:r>
        <w:rPr>
          <w:rFonts w:ascii="Arial" w:hAnsi="Arial" w:cs="Arial" w:eastAsia="Arial"/>
          <w:lang w:val="he-IL" w:bidi="he-IL"/>
          <w:b/>
          <w:color w:val="E53E3E"/>
          <w:sz w:val="36"/>
          <w:rtl/>
          <w:szCs w:val="36"/>
          <w:bCs/>
        </w:rPr>
        <w:t>1  חלק א׳ – מיינו: שאלה פתוחה או שאלה סגורה</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איך הרגשתם ביום הראשון בבית הספר?</w:t>
      </w:r>
    </w:p>
    <w:p>
      <w:pPr>
        <w:bidi/>
        <w:spacing w:after="20"/>
        <w:jc w:val="right"/>
      </w:pPr>
      <w:r>
        <w:rPr>
          <w:rFonts w:ascii="Arial" w:hAnsi="Arial" w:cs="Arial" w:eastAsia="Arial"/>
          <w:lang w:val="he-IL" w:bidi="he-IL"/>
          <w:sz w:val="32"/>
          <w:rtl/>
          <w:szCs w:val="32"/>
        </w:rPr>
        <w:t xml:space="preserve">      ☐ א. שאלה פתוחה</w:t>
      </w:r>
    </w:p>
    <w:p>
      <w:pPr>
        <w:bidi/>
        <w:spacing w:after="20"/>
        <w:jc w:val="right"/>
      </w:pPr>
      <w:r>
        <w:rPr>
          <w:rFonts w:ascii="Arial" w:hAnsi="Arial" w:cs="Arial" w:eastAsia="Arial"/>
          <w:lang w:val="he-IL" w:bidi="he-IL"/>
          <w:sz w:val="32"/>
          <w:rtl/>
          <w:szCs w:val="32"/>
        </w:rPr>
        <w:t xml:space="preserve">      ☐ ב. שאלה סגורה</w:t>
      </w:r>
    </w:p>
    <w:p>
      <w:pPr>
        <w:bidi/>
        <w:spacing w:after="20"/>
        <w:jc w:val="right"/>
      </w:pPr>
      <w:r>
        <w:rPr>
          <w:rFonts w:ascii="Arial" w:hAnsi="Arial" w:cs="Arial" w:eastAsia="Arial"/>
          <w:lang w:val="he-IL" w:bidi="he-IL"/>
          <w:sz w:val="32"/>
          <w:rtl/>
          <w:szCs w:val="32"/>
        </w:rPr>
        <w:t xml:space="preserve">      ☐ ג. לא שאלה</w:t>
      </w:r>
    </w:p>
    <w:p>
      <w:pPr>
        <w:bidi/>
        <w:spacing w:after="20"/>
        <w:jc w:val="right"/>
      </w:pPr>
      <w:r>
        <w:rPr>
          <w:rFonts w:ascii="Arial" w:hAnsi="Arial" w:cs="Arial" w:eastAsia="Arial"/>
          <w:lang w:val="he-IL" w:bidi="he-IL"/>
          <w:b/>
          <w:sz w:val="32"/>
          <w:rtl/>
          <w:szCs w:val="32"/>
          <w:bCs/>
        </w:rPr>
        <w:t>2. אהבתם לשחק?</w:t>
      </w:r>
    </w:p>
    <w:p>
      <w:pPr>
        <w:bidi/>
        <w:spacing w:after="20"/>
        <w:jc w:val="right"/>
      </w:pPr>
      <w:r>
        <w:rPr>
          <w:rFonts w:ascii="Arial" w:hAnsi="Arial" w:cs="Arial" w:eastAsia="Arial"/>
          <w:lang w:val="he-IL" w:bidi="he-IL"/>
          <w:sz w:val="32"/>
          <w:rtl/>
          <w:szCs w:val="32"/>
        </w:rPr>
        <w:t xml:space="preserve">      ☐ א. שאלה פתוחה</w:t>
      </w:r>
    </w:p>
    <w:p>
      <w:pPr>
        <w:bidi/>
        <w:spacing w:after="20"/>
        <w:jc w:val="right"/>
      </w:pPr>
      <w:r>
        <w:rPr>
          <w:rFonts w:ascii="Arial" w:hAnsi="Arial" w:cs="Arial" w:eastAsia="Arial"/>
          <w:lang w:val="he-IL" w:bidi="he-IL"/>
          <w:sz w:val="32"/>
          <w:rtl/>
          <w:szCs w:val="32"/>
        </w:rPr>
        <w:t xml:space="preserve">      ☐ ב. שאלה סגורה</w:t>
      </w:r>
    </w:p>
    <w:p>
      <w:pPr>
        <w:bidi/>
        <w:spacing w:after="20"/>
        <w:jc w:val="right"/>
      </w:pPr>
      <w:r>
        <w:rPr>
          <w:rFonts w:ascii="Arial" w:hAnsi="Arial" w:cs="Arial" w:eastAsia="Arial"/>
          <w:lang w:val="he-IL" w:bidi="he-IL"/>
          <w:sz w:val="32"/>
          <w:rtl/>
          <w:szCs w:val="32"/>
        </w:rPr>
        <w:t xml:space="preserve">      ☐ ג. לא שאלה</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שאלה סגורה מזמינה לספר סיפור ארוך.</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שאלה פתוחה מתחילה לפעמים במילה איך או למה.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השלימו את המילה החסרה</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שאלה שאפשר לענות עליה רק כן או לא נקראת שאלה __________</w:t>
      </w:r>
    </w:p>
    <w:p>
      <w:pPr>
        <w:bidi/>
        <w:spacing w:after="80"/>
        <w:jc w:val="right"/>
      </w:pPr>
      <w:r>
        <w:rPr>
          <w:rFonts w:ascii="Arial" w:hAnsi="Arial" w:cs="Arial" w:eastAsia="Arial"/>
          <w:lang w:val="he-IL" w:bidi="he-IL"/>
          <w:sz w:val="32"/>
          <w:rtl/>
          <w:szCs w:val="32"/>
        </w:rPr>
        <w:t>2. שאלה שמזמינה לספר סיפור ארוך נקראת שאלה 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התאימו כל שאלה לסוג שלה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מה אהבתם לאכול בחגים?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שאלה סגורה</w:t>
            </w:r>
          </w:p>
        </w:tc>
      </w:tr>
      <w:tr>
        <w:tc>
          <w:tcPr>
            <w:tcW w:type="dxa" w:w="3969"/>
          </w:tcPr>
          <w:p>
            <w:pPr>
              <w:bidi/>
              <w:jc w:val="right"/>
            </w:pPr>
            <w:r>
              <w:rPr>
                <w:rFonts w:ascii="Arial" w:hAnsi="Arial" w:cs="Arial" w:eastAsia="Arial"/>
                <w:lang w:val="he-IL" w:bidi="he-IL"/>
                <w:sz w:val="32"/>
                <w:rtl/>
                <w:szCs w:val="32"/>
              </w:rPr>
              <w:t>2. גרתם בעיר?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שאלה פתוחה</w:t>
            </w:r>
          </w:p>
        </w:tc>
      </w:tr>
      <w:tr>
        <w:tc>
          <w:tcPr>
            <w:tcW w:type="dxa" w:w="3969"/>
          </w:tcPr>
          <w:p>
            <w:pPr>
              <w:bidi/>
              <w:jc w:val="right"/>
            </w:pPr>
            <w:r>
              <w:rPr>
                <w:rFonts w:ascii="Arial" w:hAnsi="Arial" w:cs="Arial" w:eastAsia="Arial"/>
                <w:lang w:val="he-IL" w:bidi="he-IL"/>
                <w:sz w:val="32"/>
                <w:rtl/>
                <w:szCs w:val="32"/>
              </w:rPr>
              <w:t>3. ספרו על הבית שבו גדלתם</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שאלה סגורה</w:t>
            </w:r>
          </w:p>
        </w:tc>
      </w:tr>
      <w:tr>
        <w:tc>
          <w:tcPr>
            <w:tcW w:type="dxa" w:w="3969"/>
          </w:tcPr>
          <w:p>
            <w:pPr>
              <w:bidi/>
              <w:jc w:val="right"/>
            </w:pPr>
            <w:r>
              <w:rPr>
                <w:rFonts w:ascii="Arial" w:hAnsi="Arial" w:cs="Arial" w:eastAsia="Arial"/>
                <w:lang w:val="he-IL" w:bidi="he-IL"/>
                <w:sz w:val="32"/>
                <w:rtl/>
                <w:szCs w:val="32"/>
              </w:rPr>
              <w:t>4. היה לכם כלב?</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שאלה פתוחה</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סדרו את שלבי הראיון המשפחתי ברצף הנכון</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שואלים את השאלות ומקשיבים בתשומת לב</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כותבים או מקליטים את התשובות</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בוחרים בן משפחה לראיין על המסע שלו</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מכינים שאלות פתוחות וסגורות מראש</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כתיבה: שאלות לראיון משפחתי</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כתבו שתי שאלות פתוחות שהייתם שואלים בן משפחה על המסע שלו</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ההבדל בין שאלה פתוחה לשאלה סגורה?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לשאלה פתוחה שאפשר לשאול בן משפחה</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שאלה פתוחה ושאלה סגורה בראיון משפחתי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