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שאלה פתוחה ושאלה סגורה בראיון משפחתי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שאלות לקראת ראיון עם בן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שאלות פתוחות וסגורות לראיון על מסע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מיינו: שאלה פתוחה או שאלה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שאלה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הוראה שמזמינה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שאלה סגורה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שאלה סגורה עונים עליה בכן או לא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מילים כאלה מזמינות הסבר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שמאפיין שאלה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שאלות פתוחות מעשירות את הסיפור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לענות עליה רק כן או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שאלה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(שאלה סגורה)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(שאלה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(שאלה סגורה)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(שאלה פתוחה)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 המשפחתי ברצף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בן משפחה לראיין על המסע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שאלות פתוחות וסגורות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את השאלות ומקשיבים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או מקליטים את התשובות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 לבן המשפחה על הסיפור ששיתף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שאלות לראיון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 שאלות שמתחילות במילים כמו איך, למה, ספר לי, ומזמינות סיפור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קצרה שעונים עליה רק כן או לא, למשל האם גרתם בכפר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מזמינה סיפור, שאלה סגורה עונים עליה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שמתחילה באיך, למה, ספר לי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שאלות פתוחות מעשירות את הראיון בפרטים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הכתיבה: להקריא שאלה והתלמידים מצביעים פתוחה או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להשוות את השאלות שכתבו בזוגות לפני שמראיינים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שיש בו skip_n אפשר לדלג בכיתות או קבוצות שזקוקות לתרגול פשוט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שאלה פתוחה ושאלה סגורה בראיון משפחתי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שאלות שעונים עליהן בסיפור ארוך, ויש שאלות שעונים עליהן רק כן או לא. בדף הזה נתרגל להבדיל ביניהן לקראת ראיון עם בן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שְׁאֵלָה פְּתוּחָה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שמזמינה לספר סיפור ארוך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שְׁאֵלָה סְגוּרָה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שעונים עליה רק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רָאיוֹן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מוֹרֶשֶׁת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מַסָּע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או מעבר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זִכָּרוֹן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שאדם זוכר מהעבר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מיינו: שאלה פתוחה או 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זו שאלה שמזמינה סיפור או שאלה של כן ולא?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אפשר לענות רק כן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זו שאלה שמזמינה הסבר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אפשר לענות כן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זו בקשה לספר סיפור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הוראה שמזמינה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 לראיון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הוראה טכנית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אפשר לענות רק כן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סגורה מזמינה לספר סיפור ארוך.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מתחילה לפעמים במילה איך או 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סגורה אפשר לענות עליה גם רק במילה 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כדאי לשאול רק שאלות סגורות.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היה לכם כלב היא שאלה פתוחה.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שאפשר לענות עליה רק כן או לא נקראת 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שמזמינה לספר סיפור ארוך נקראת 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ללמוד על מורשת המשפחה כדאי לשאול שאלות __________ שמזמינות 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שאלה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אהבתם לאכול בחגים?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שאלה סגורה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גרתם בעיר?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ספרו על הבית שבו גדלתם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היה לכם כלב?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איזה חפץ חשוב לכם ולמה?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סגורה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 המשפחתי ברצף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לבן המשפחה על הסיפור ששיתף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השאלות ומקשיבים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שאלות פתוחות וסגורות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בן משפחה לראיין על המסע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או מקליטים את התשובות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שאלות לראיון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פתוחות שהייתם שואלים בן משפחה על המסע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סגורה אחת שאפשר לענות עליה בכן או לא, על נושא מהמסע המשפחתי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שאפשר לשאול בן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לשלב גם שאלות פתוחות בראיון 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שאלה פתוחה ושאלה סגורה בראיון משפחתי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